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DB6043" w:rsidRPr="00DB6043" w14:paraId="676DAD00" w14:textId="77777777" w:rsidTr="00DB6043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BF56DF1" w14:textId="31F2DB28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 xml:space="preserve">  </w:t>
            </w:r>
            <w:r w:rsidRPr="00DB6043">
              <w:rPr>
                <w:rFonts w:ascii="Times New Roman" w:hAnsi="Times New Roman"/>
                <w:b/>
              </w:rPr>
              <w:drawing>
                <wp:inline distT="0" distB="0" distL="0" distR="0" wp14:anchorId="72D0B67A" wp14:editId="6D214F7A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18787B3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Județul Vâlcea</w:t>
            </w:r>
          </w:p>
        </w:tc>
      </w:tr>
      <w:tr w:rsidR="00DB6043" w:rsidRPr="00DB6043" w14:paraId="28B7D589" w14:textId="77777777" w:rsidTr="00DB6043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C412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A78D609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Primăria Orașului Băile Govora</w:t>
            </w:r>
          </w:p>
        </w:tc>
      </w:tr>
      <w:tr w:rsidR="00DB6043" w:rsidRPr="00DB6043" w14:paraId="2855C066" w14:textId="77777777" w:rsidTr="00DB6043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C070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5EE5019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Cod de identificare fiscală (CIF)</w:t>
            </w:r>
          </w:p>
          <w:p w14:paraId="22838688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ACCD2C5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 xml:space="preserve">Adresa oficială: </w:t>
            </w:r>
            <w:r w:rsidRPr="00DB6043">
              <w:rPr>
                <w:rFonts w:ascii="Times New Roman" w:hAnsi="Times New Roman"/>
                <w:b/>
              </w:rPr>
              <w:br/>
              <w:t>Strada Tudor Vladimirescu, nr. 95, cod poștal 245200,</w:t>
            </w:r>
          </w:p>
          <w:p w14:paraId="0EBE8E5C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Oraș Băile Govora, Județ Vâlcea, România</w:t>
            </w:r>
            <w:r w:rsidRPr="00DB6043">
              <w:rPr>
                <w:rFonts w:ascii="Times New Roman" w:hAnsi="Times New Roman"/>
                <w:b/>
              </w:rPr>
              <w:tab/>
            </w:r>
          </w:p>
          <w:p w14:paraId="3F681B24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Tel: +4 0250 770 460</w:t>
            </w:r>
          </w:p>
          <w:p w14:paraId="17E60501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www.primaria-baile-govora.ro</w:t>
            </w:r>
          </w:p>
          <w:p w14:paraId="6E5AB16E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DB6043" w:rsidRPr="00DB6043" w14:paraId="3BA961F6" w14:textId="77777777" w:rsidTr="00DB6043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D135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8E0DB62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54D25A1" w14:textId="77777777" w:rsidR="00DB6043" w:rsidRPr="00DB6043" w:rsidRDefault="00DB6043" w:rsidP="00DB604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6043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02B040D2" w14:textId="77777777" w:rsidR="00DB6043" w:rsidRDefault="00DB6043" w:rsidP="00AD61E5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7E0DE2A5" w14:textId="6B06E5F1" w:rsidR="00AD61E5" w:rsidRPr="007E5F94" w:rsidRDefault="00AD61E5" w:rsidP="00AD61E5">
      <w:pPr>
        <w:spacing w:before="80" w:after="60" w:line="240" w:lineRule="auto"/>
        <w:jc w:val="center"/>
        <w:rPr>
          <w:sz w:val="24"/>
          <w:szCs w:val="24"/>
        </w:rPr>
      </w:pPr>
      <w:r w:rsidRPr="007E5F94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E5F94" w:rsidRPr="007E5F94" w14:paraId="6634F76E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BCC741" w14:textId="77777777" w:rsidR="00AD61E5" w:rsidRPr="007E5F94" w:rsidRDefault="00AD61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7E5F94" w:rsidRPr="007E5F94" w14:paraId="457A6A88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90529AE" w14:textId="77777777" w:rsidR="00AD61E5" w:rsidRPr="007E5F94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Instituția</w:t>
            </w:r>
          </w:p>
          <w:p w14:paraId="761CAF35" w14:textId="3BAC56CD" w:rsidR="00AD61E5" w:rsidRPr="007E5F94" w:rsidRDefault="00DB6043" w:rsidP="005A67B9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Primăria Orașului Băile Govora</w:t>
            </w:r>
          </w:p>
        </w:tc>
      </w:tr>
      <w:tr w:rsidR="00AD61E5" w:rsidRPr="007E5F94" w14:paraId="67F3AF7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55BB00" w14:textId="3CDBB0AD" w:rsidR="00AD61E5" w:rsidRPr="007E5F94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i/>
                <w:sz w:val="16"/>
                <w:szCs w:val="24"/>
              </w:rPr>
              <w:t xml:space="preserve">Către </w:t>
            </w:r>
            <w:r w:rsidR="00DB6043">
              <w:rPr>
                <w:rFonts w:ascii="Times New Roman" w:hAnsi="Times New Roman"/>
                <w:i/>
                <w:sz w:val="16"/>
                <w:szCs w:val="24"/>
              </w:rPr>
              <w:t>Primarul Orașului Băile Govora</w:t>
            </w:r>
          </w:p>
        </w:tc>
      </w:tr>
    </w:tbl>
    <w:p w14:paraId="2DC0B1E9" w14:textId="77777777" w:rsidR="00F24549" w:rsidRPr="007E5F94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7E5F94" w:rsidRPr="007E5F94" w14:paraId="500279C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4760DF6" w14:textId="77777777" w:rsidR="00F24549" w:rsidRPr="007E5F9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7E5F94" w:rsidRPr="007E5F94" w14:paraId="6BB9EE96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076260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855B97E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7E5F94" w:rsidRPr="007E5F94" w14:paraId="262C362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702EC33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sz w:val="16"/>
                <w:szCs w:val="24"/>
              </w:rPr>
              <w:t>Act de identitate</w:t>
            </w:r>
          </w:p>
        </w:tc>
      </w:tr>
      <w:tr w:rsidR="007E5F94" w:rsidRPr="007E5F94" w14:paraId="62B06357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9270111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8609CCD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6C4414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7CAAC6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La data</w:t>
            </w:r>
          </w:p>
        </w:tc>
      </w:tr>
      <w:tr w:rsidR="007E5F94" w:rsidRPr="007E5F94" w14:paraId="616F6F2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3DFF2B9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sz w:val="16"/>
                <w:szCs w:val="24"/>
              </w:rPr>
              <w:t>Domiciliul</w:t>
            </w:r>
          </w:p>
        </w:tc>
      </w:tr>
      <w:tr w:rsidR="007E5F94" w:rsidRPr="007E5F94" w14:paraId="04ED964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B093EF6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CC11185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5CA1753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7E5F94" w:rsidRPr="007E5F94" w14:paraId="05303800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9AC0F4B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8D38BBC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6A47CD1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F554FBF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6E10291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12C46A6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A9F1D34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7E5F94" w:rsidRPr="007E5F94" w14:paraId="439F2EB8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5E0FEE4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sz w:val="16"/>
                <w:szCs w:val="24"/>
              </w:rPr>
              <w:t>Date de contact</w:t>
            </w:r>
          </w:p>
        </w:tc>
      </w:tr>
      <w:tr w:rsidR="00F24549" w:rsidRPr="007E5F94" w14:paraId="5B5F6D4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02408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0322EB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</w:tbl>
    <w:p w14:paraId="76F144AA" w14:textId="77777777" w:rsidR="00F24549" w:rsidRPr="007E5F94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E5F94" w:rsidRPr="007E5F94" w14:paraId="6CA7496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20E42D37" w14:textId="77777777" w:rsidR="00F24549" w:rsidRPr="007E5F9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 / DESFIINȚARE</w:t>
            </w:r>
          </w:p>
        </w:tc>
      </w:tr>
      <w:tr w:rsidR="007E5F94" w:rsidRPr="007E5F94" w14:paraId="4831643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8B7FDFC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75979944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53DFB50C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Emisă de</w:t>
            </w:r>
          </w:p>
        </w:tc>
      </w:tr>
      <w:tr w:rsidR="007E5F94" w:rsidRPr="007E5F94" w14:paraId="40DBA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9DDE660" w14:textId="77777777" w:rsidR="00F24549" w:rsidRPr="007E5F9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7E5F94" w:rsidRPr="007E5F94" w14:paraId="2FED6D9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6E08F7C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Denumirea lucrării, capacitatea și categoria de lucrări din autorizație</w:t>
            </w:r>
            <w:r w:rsidRPr="007E5F9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E5F94">
              <w:rPr>
                <w:rFonts w:ascii="Times New Roman" w:hAnsi="Times New Roman"/>
                <w:b/>
                <w:sz w:val="18"/>
                <w:szCs w:val="24"/>
              </w:rPr>
              <w:br/>
            </w:r>
          </w:p>
        </w:tc>
      </w:tr>
      <w:tr w:rsidR="007E5F94" w:rsidRPr="007E5F94" w14:paraId="62C0860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2917EF6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în valoare de (lei)</w:t>
            </w:r>
          </w:p>
        </w:tc>
      </w:tr>
      <w:tr w:rsidR="00F24549" w:rsidRPr="007E5F94" w14:paraId="4366CB9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0EE35CAB" w14:textId="77777777" w:rsidR="00F24549" w:rsidRPr="007E5F94" w:rsidRDefault="00000000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7E5F9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E5F94">
              <w:rPr>
                <w:rFonts w:ascii="Times New Roman" w:hAnsi="Times New Roman"/>
                <w:sz w:val="18"/>
                <w:szCs w:val="24"/>
              </w:rPr>
              <w:t>Că la data de _______________ ora ________ au fost finalizate lucrările de construcții autorizate</w:t>
            </w:r>
            <w:r w:rsidRPr="007E5F94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599D0D8F" w14:textId="77777777" w:rsidR="00F24549" w:rsidRPr="007E5F94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7E5F94" w:rsidRPr="007E5F94" w14:paraId="13ABA209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791E1F81" w14:textId="77777777" w:rsidR="00F24549" w:rsidRPr="007E5F9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7E5F94" w:rsidRPr="007E5F94" w14:paraId="0B1782AF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3A73E4A6" w14:textId="77777777" w:rsidR="00F24549" w:rsidRPr="007E5F9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7E5F94" w:rsidRPr="007E5F94" w14:paraId="01BF867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1FFD26E7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DCA2FA7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092FB4C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7E5F94" w:rsidRPr="007E5F94" w14:paraId="596F7C70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B95BC93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70223B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DDFF36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19482ED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F24549" w:rsidRPr="007E5F94" w14:paraId="0477B8E0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505B353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Număr cadastral</w:t>
            </w:r>
            <w:r w:rsidRPr="007E5F9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E5F94">
              <w:rPr>
                <w:rFonts w:ascii="Times New Roman" w:hAnsi="Times New Roman"/>
                <w:i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6BD3A70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Carte funciară nr.</w:t>
            </w:r>
          </w:p>
        </w:tc>
      </w:tr>
    </w:tbl>
    <w:p w14:paraId="7FFC2936" w14:textId="77777777" w:rsidR="00F24549" w:rsidRPr="007E5F94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7E5F94" w:rsidRPr="007E5F94" w14:paraId="501C661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C5F388" w14:textId="77777777" w:rsidR="00F24549" w:rsidRPr="007E5F9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5. CONVOCAREA COMISIEI DE RECEPȚIE</w:t>
            </w:r>
          </w:p>
        </w:tc>
      </w:tr>
      <w:tr w:rsidR="00F24549" w:rsidRPr="007E5F94" w14:paraId="38F4CC7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6C84AD2F" w14:textId="77777777" w:rsidR="00F24549" w:rsidRPr="007E5F9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sz w:val="18"/>
                <w:szCs w:val="24"/>
              </w:rPr>
              <w:t>Se convoacă comisia de recepție la terminarea lucrărilor, la data ____________________ ora ________</w:t>
            </w:r>
          </w:p>
        </w:tc>
      </w:tr>
    </w:tbl>
    <w:p w14:paraId="225432AB" w14:textId="77777777" w:rsidR="00F24549" w:rsidRPr="007E5F94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E5F94" w:rsidRPr="007E5F94" w14:paraId="154CF26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13288A43" w14:textId="77777777" w:rsidR="00F24549" w:rsidRPr="007E5F9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F24549" w:rsidRPr="007E5F94" w14:paraId="5894C2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3FC0686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369329DB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6B994F8" w14:textId="77777777" w:rsidR="00F24549" w:rsidRPr="007E5F9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E5F94">
              <w:rPr>
                <w:rFonts w:ascii="Times New Roman" w:hAnsi="Times New Roman"/>
                <w:b/>
                <w:sz w:val="18"/>
                <w:szCs w:val="24"/>
              </w:rPr>
              <w:t>Semnătura</w:t>
            </w:r>
          </w:p>
        </w:tc>
      </w:tr>
    </w:tbl>
    <w:p w14:paraId="5E03764A" w14:textId="77777777" w:rsidR="00686D6D" w:rsidRPr="007E5F94" w:rsidRDefault="00686D6D">
      <w:pPr>
        <w:rPr>
          <w:sz w:val="24"/>
          <w:szCs w:val="24"/>
        </w:rPr>
      </w:pPr>
    </w:p>
    <w:sectPr w:rsidR="00686D6D" w:rsidRPr="007E5F94" w:rsidSect="005A3293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FEBD7" w14:textId="77777777" w:rsidR="00FA111E" w:rsidRDefault="00FA111E">
      <w:pPr>
        <w:spacing w:after="0" w:line="240" w:lineRule="auto"/>
      </w:pPr>
      <w:r>
        <w:separator/>
      </w:r>
    </w:p>
  </w:endnote>
  <w:endnote w:type="continuationSeparator" w:id="0">
    <w:p w14:paraId="1B7619B1" w14:textId="77777777" w:rsidR="00FA111E" w:rsidRDefault="00FA1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16ACA" w14:textId="77777777" w:rsidR="00F24549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>F_A_10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75EA4" w14:textId="77777777" w:rsidR="00FA111E" w:rsidRDefault="00FA111E">
      <w:pPr>
        <w:spacing w:after="0" w:line="240" w:lineRule="auto"/>
      </w:pPr>
      <w:r>
        <w:separator/>
      </w:r>
    </w:p>
  </w:footnote>
  <w:footnote w:type="continuationSeparator" w:id="0">
    <w:p w14:paraId="55C01E5E" w14:textId="77777777" w:rsidR="00FA111E" w:rsidRDefault="00FA1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998215">
    <w:abstractNumId w:val="8"/>
  </w:num>
  <w:num w:numId="2" w16cid:durableId="1251163928">
    <w:abstractNumId w:val="6"/>
  </w:num>
  <w:num w:numId="3" w16cid:durableId="710806097">
    <w:abstractNumId w:val="5"/>
  </w:num>
  <w:num w:numId="4" w16cid:durableId="1485468355">
    <w:abstractNumId w:val="4"/>
  </w:num>
  <w:num w:numId="5" w16cid:durableId="1054426092">
    <w:abstractNumId w:val="7"/>
  </w:num>
  <w:num w:numId="6" w16cid:durableId="1973946956">
    <w:abstractNumId w:val="3"/>
  </w:num>
  <w:num w:numId="7" w16cid:durableId="46493603">
    <w:abstractNumId w:val="2"/>
  </w:num>
  <w:num w:numId="8" w16cid:durableId="1895003029">
    <w:abstractNumId w:val="1"/>
  </w:num>
  <w:num w:numId="9" w16cid:durableId="153187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701"/>
    <w:rsid w:val="00107ECC"/>
    <w:rsid w:val="0015074B"/>
    <w:rsid w:val="00200FFD"/>
    <w:rsid w:val="0029639D"/>
    <w:rsid w:val="002F62FC"/>
    <w:rsid w:val="003203AD"/>
    <w:rsid w:val="00326F90"/>
    <w:rsid w:val="004A6029"/>
    <w:rsid w:val="005A3293"/>
    <w:rsid w:val="00686D6D"/>
    <w:rsid w:val="006D6ED2"/>
    <w:rsid w:val="007E5F94"/>
    <w:rsid w:val="008915BD"/>
    <w:rsid w:val="008C4840"/>
    <w:rsid w:val="00993C30"/>
    <w:rsid w:val="00A521E3"/>
    <w:rsid w:val="00AA1D8D"/>
    <w:rsid w:val="00AD61E5"/>
    <w:rsid w:val="00AF2321"/>
    <w:rsid w:val="00B47730"/>
    <w:rsid w:val="00BC499D"/>
    <w:rsid w:val="00CB0664"/>
    <w:rsid w:val="00CC63E2"/>
    <w:rsid w:val="00DB6043"/>
    <w:rsid w:val="00F24549"/>
    <w:rsid w:val="00FA11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F040E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8915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2026-09-16T10:37:00Z</dcterms:modified>
  <cp:category/>
</cp:coreProperties>
</file>