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F_NOT_03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SOLICITARE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de clarificări, completări sau documente privind notificarea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Notificarea 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beneficiarului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 nr. / cod</w:t>
            </w:r>
          </w:p>
        </w:tc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Imobilul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8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SOLICITAREA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Clarificările / completările / documentele solicitate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5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Termenul de transmitere</w:t>
            </w:r>
          </w:p>
        </w:tc>
      </w:tr>
      <w:tr>
        <w:trPr>
          <w:trHeight w:val="148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Termenul de începere a lucrărilor curge de la data depunerii clarificărilor solicitate.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Reprezentantul autorității — numele</w:t>
            </w:r>
          </w:p>
        </w:tc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Semnatura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F_NOT_03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26_F_NOT_03_Solicitare_clarificari_notificare_Baile_Govora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