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F_NOT_07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ÎNȘTIINȚARE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finalizarea lucrărilor notificate și solicitarea participării reprezentantului UAT la recepție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NOTIFICAREA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/ data notificării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EXECUȚIA ȘI RECEPȚIA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2" w:hRule="atLeast"/>
        </w:trPr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Data începerii lucrărilor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declară aici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finalizării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propusă pentru recepție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locul</w:t>
            </w:r>
          </w:p>
        </w:tc>
      </w:tr>
      <w:tr>
        <w:trPr>
          <w:trHeight w:val="144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Legea nr.169/2026 privind Codul amenajării teritoriului, urbanismului și construcțiilor nu instituie o înștiințare distinctă privind începerea lucrărilor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notificate; data începerii se declară în prezentul formular și se consemnează în procesul-verbal de recepție.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Beneficiarul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F_NOT_07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30_F_NOT_07_Instiintare_finalizare_lucrari_notificate_Baile_Govora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