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F_A_02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CERERE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Instituția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7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Reprezentare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6764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 calitate de reprezentant al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CUI / CIF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AUTORIZAȚIA DE CONSTRUIRE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Emisă de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415" w:hRule="atLeast"/>
        </w:trPr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De la data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Până la data</w:t>
            </w:r>
          </w:p>
        </w:tc>
      </w:tr>
      <w:tr>
        <w:trPr>
          <w:trHeight w:val="416" w:hRule="atLeast"/>
        </w:trPr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Stadiul lucrărilor (%)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 începerii efective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Lucrările rămase de executat și motivarea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7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SE ANEXEAZĂ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8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autorizația de construire (în original) ☐ documentul privind achitarea taxei (copie)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DATA ȘI SEMNĂTURA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Titularul autorizației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F_A_02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10_F_A_02_Cerere_prelungire_autorizatie_Baile_Govora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