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Times New Roman" w:hAnsi="Times New Roman"/>
          <w:b w:val="0"/>
          <w:i w:val="0"/>
          <w:color w:val="777777"/>
          <w:sz w:val="13"/>
        </w:rPr>
        <w:t>F_A_03 · versiunea 1.0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94"/>
        <w:gridCol w:w="3494"/>
        <w:gridCol w:w="3494"/>
      </w:tblGrid>
      <w:tr>
        <w:trPr>
          <w:trHeight w:val="351" w:hRule="atLeast"/>
        </w:trPr>
        <w:tc>
          <w:tcPr>
            <w:tcW w:type="dxa" w:w="1701"/>
            <w:vMerge w:val="restart"/>
            <w:vAlign w:val="center"/>
            <w:tcMar>
              <w:top w:w="55" w:type="dxa"/>
              <w:start w:w="65" w:type="dxa"/>
              <w:bottom w:w="45" w:type="dxa"/>
              <w:end w:w="65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drawing>
                <wp:inline xmlns:a="http://schemas.openxmlformats.org/drawingml/2006/main" xmlns:pic="http://schemas.openxmlformats.org/drawingml/2006/picture">
                  <wp:extent cx="720000" cy="1077209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107720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8448"/>
            <w:gridSpan w:val="2"/>
            <w:tcMar>
              <w:top w:w="55" w:type="dxa"/>
              <w:start w:w="65" w:type="dxa"/>
              <w:bottom w:w="45" w:type="dxa"/>
              <w:end w:w="65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4"/>
              </w:rPr>
              <w:t>Județul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4"/>
              </w:rPr>
              <w:t xml:space="preserve"> Vâlcea</w:t>
            </w:r>
          </w:p>
        </w:tc>
      </w:tr>
      <w:tr>
        <w:trPr>
          <w:trHeight w:val="351" w:hRule="atLeast"/>
        </w:trPr>
        <w:tc>
          <w:tcPr>
            <w:tcW w:type="dxa" w:w="1701"/>
            <w:vMerge/>
          </w:tcPr>
          <w:p/>
        </w:tc>
        <w:tc>
          <w:tcPr>
            <w:tcW w:type="dxa" w:w="8448"/>
            <w:gridSpan w:val="2"/>
            <w:tcMar>
              <w:top w:w="55" w:type="dxa"/>
              <w:start w:w="65" w:type="dxa"/>
              <w:bottom w:w="45" w:type="dxa"/>
              <w:end w:w="65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4"/>
              </w:rPr>
              <w:t>Autoritatea administrației publice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4"/>
              </w:rPr>
              <w:t xml:space="preserve"> Primăria Orașului Băile Govora</w:t>
            </w:r>
          </w:p>
        </w:tc>
      </w:tr>
      <w:tr>
        <w:trPr>
          <w:trHeight w:val="351" w:hRule="atLeast"/>
        </w:trPr>
        <w:tc>
          <w:tcPr>
            <w:tcW w:type="dxa" w:w="1701"/>
            <w:vMerge/>
          </w:tcPr>
          <w:p/>
        </w:tc>
        <w:tc>
          <w:tcPr>
            <w:tcW w:type="dxa" w:w="3969"/>
            <w:tcMar>
              <w:top w:w="55" w:type="dxa"/>
              <w:start w:w="65" w:type="dxa"/>
              <w:bottom w:w="45" w:type="dxa"/>
              <w:end w:w="65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4"/>
              </w:rPr>
              <w:t>Cod de identificare fiscală (CIF)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4"/>
              </w:rPr>
              <w:t xml:space="preserve"> 2541827</w:t>
            </w:r>
          </w:p>
        </w:tc>
        <w:tc>
          <w:tcPr>
            <w:tcW w:type="dxa" w:w="4479"/>
            <w:tcMar>
              <w:top w:w="55" w:type="dxa"/>
              <w:start w:w="65" w:type="dxa"/>
              <w:bottom w:w="45" w:type="dxa"/>
              <w:end w:w="65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4"/>
              </w:rPr>
              <w:t>Adresa oficială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2"/>
              </w:rPr>
              <w:t xml:space="preserve"> Str. Tudor Vladimirescu nr. 95, 245200 Băile Govora · 0250 770 460 · primaria@primaria-baile-govora.ro</w:t>
            </w:r>
          </w:p>
        </w:tc>
      </w:tr>
      <w:tr>
        <w:trPr>
          <w:trHeight w:val="351" w:hRule="atLeast"/>
        </w:trPr>
        <w:tc>
          <w:tcPr>
            <w:tcW w:type="dxa" w:w="1701"/>
            <w:vMerge/>
          </w:tcPr>
          <w:p/>
        </w:tc>
        <w:tc>
          <w:tcPr>
            <w:tcW w:type="dxa" w:w="3969"/>
            <w:tcMar>
              <w:top w:w="55" w:type="dxa"/>
              <w:start w:w="65" w:type="dxa"/>
              <w:bottom w:w="45" w:type="dxa"/>
              <w:end w:w="65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4"/>
              </w:rPr>
              <w:t>Număr de înregistrare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4"/>
              </w:rPr>
              <w:t xml:space="preserve"> ________________</w:t>
            </w:r>
          </w:p>
        </w:tc>
        <w:tc>
          <w:tcPr>
            <w:tcW w:type="dxa" w:w="4479"/>
            <w:tcMar>
              <w:top w:w="55" w:type="dxa"/>
              <w:start w:w="65" w:type="dxa"/>
              <w:bottom w:w="45" w:type="dxa"/>
              <w:end w:w="65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4"/>
              </w:rPr>
              <w:t>Data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4"/>
              </w:rPr>
              <w:t xml:space="preserve"> ____ / ____ / ________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482"/>
      </w:tblGrid>
      <w:tr>
        <w:trPr>
          <w:trHeight w:val="198" w:hRule="atLeast"/>
        </w:trPr>
        <w:tc>
          <w:tcPr>
            <w:tcW w:type="dxa" w:w="10148"/>
            <w:shd w:fill="F2F2F2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/>
                <w:color w:val="777777"/>
                <w:sz w:val="13"/>
              </w:rPr>
              <w:t>se completează de autoritate — solicitantul nu scrie în această zonă</w:t>
            </w:r>
          </w:p>
        </w:tc>
      </w:tr>
    </w:tbl>
    <w:p>
      <w:pPr>
        <w:spacing w:before="30" w:after="40" w:line="240" w:lineRule="auto"/>
        <w:jc w:val="left"/>
      </w:pPr>
      <w:r>
        <w:rPr>
          <w:rFonts w:ascii="Times New Roman" w:hAnsi="Times New Roman"/>
          <w:b/>
          <w:i w:val="0"/>
          <w:color w:val="000000"/>
          <w:sz w:val="15"/>
        </w:rPr>
        <w:t xml:space="preserve">Declarația pe propria răspundere care se depune conform prevederilor art. 93 alin. (4), art. 262 alin. (1) lit. m) și art. 269 alin. (16) </w:t>
      </w:r>
      <w:r>
        <w:br/>
      </w:r>
      <w:r>
        <w:rPr>
          <w:rFonts w:ascii="Times New Roman" w:hAnsi="Times New Roman"/>
          <w:b/>
          <w:i w:val="0"/>
          <w:color w:val="000000"/>
          <w:sz w:val="15"/>
        </w:rPr>
        <w:t>din Legea nr. 169/2026 privind Codul Amenajării Teritoriului, Urbanismului și Construcțiilor</w:t>
      </w:r>
    </w:p>
    <w:p>
      <w:pPr>
        <w:spacing w:before="30" w:after="40" w:line="240" w:lineRule="auto"/>
        <w:jc w:val="left"/>
      </w:pPr>
      <w:r>
        <w:rPr>
          <w:rFonts w:ascii="Times New Roman" w:hAnsi="Times New Roman"/>
          <w:b/>
          <w:i w:val="0"/>
          <w:color w:val="000000"/>
          <w:sz w:val="20"/>
        </w:rPr>
        <w:t xml:space="preserve">DECLARAȚIE PE PROPRIA RĂSPUNDERE </w:t>
      </w:r>
      <w:r>
        <w:br/>
      </w:r>
      <w:r>
        <w:rPr>
          <w:rFonts w:ascii="Times New Roman" w:hAnsi="Times New Roman"/>
          <w:b/>
          <w:i w:val="0"/>
          <w:color w:val="000000"/>
          <w:sz w:val="20"/>
        </w:rPr>
        <w:t xml:space="preserve">prin care beneficiarul declară că nu a fost primită solicitarea de clarificare, completare sau modificare, nu a fost eliberat aviz / </w:t>
      </w:r>
      <w:r>
        <w:br/>
      </w:r>
      <w:r>
        <w:rPr>
          <w:rFonts w:ascii="Times New Roman" w:hAnsi="Times New Roman"/>
          <w:b/>
          <w:i w:val="0"/>
          <w:color w:val="000000"/>
          <w:sz w:val="20"/>
        </w:rPr>
        <w:t>acord cu sau fără condiții ori nu a fost eliberată adresa de respingere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48"/>
        <w:gridCol w:w="1048"/>
        <w:gridCol w:w="1048"/>
        <w:gridCol w:w="1048"/>
        <w:gridCol w:w="1048"/>
        <w:gridCol w:w="1048"/>
        <w:gridCol w:w="1048"/>
        <w:gridCol w:w="1048"/>
        <w:gridCol w:w="1048"/>
        <w:gridCol w:w="1048"/>
      </w:tblGrid>
      <w:tr>
        <w:trPr>
          <w:trHeight w:val="185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4"/>
            <w:gridSpan w:val="8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5"/>
              </w:rPr>
              <w:t>1. SOLICITANTUL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419" w:hRule="atLeast"/>
        </w:trPr>
        <w:tc>
          <w:tcPr>
            <w:tcW w:type="dxa" w:w="5921"/>
            <w:gridSpan w:val="6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Nume și prenume</w:t>
            </w:r>
          </w:p>
        </w:tc>
        <w:tc>
          <w:tcPr>
            <w:tcW w:type="dxa" w:w="4229"/>
            <w:gridSpan w:val="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CNP</w:t>
            </w:r>
          </w:p>
        </w:tc>
      </w:tr>
      <w:tr>
        <w:trPr>
          <w:trHeight w:val="163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4"/>
            <w:gridSpan w:val="8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Act de identitate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419" w:hRule="atLeast"/>
        </w:trPr>
        <w:tc>
          <w:tcPr>
            <w:tcW w:type="dxa" w:w="1693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Seria</w:t>
            </w:r>
          </w:p>
        </w:tc>
        <w:tc>
          <w:tcPr>
            <w:tcW w:type="dxa" w:w="1690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Numărul</w:t>
            </w:r>
          </w:p>
        </w:tc>
        <w:tc>
          <w:tcPr>
            <w:tcW w:type="dxa" w:w="5077"/>
            <w:gridSpan w:val="5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Eliberat de</w:t>
            </w:r>
          </w:p>
        </w:tc>
        <w:tc>
          <w:tcPr>
            <w:tcW w:type="dxa" w:w="1690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La data</w:t>
            </w:r>
          </w:p>
        </w:tc>
      </w:tr>
      <w:tr>
        <w:trPr>
          <w:trHeight w:val="163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4"/>
            <w:gridSpan w:val="8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Domiciliul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416" w:hRule="atLeast"/>
        </w:trPr>
        <w:tc>
          <w:tcPr>
            <w:tcW w:type="dxa" w:w="3383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Județul</w:t>
            </w:r>
          </w:p>
        </w:tc>
        <w:tc>
          <w:tcPr>
            <w:tcW w:type="dxa" w:w="3384"/>
            <w:gridSpan w:val="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Municipiul / orașul / comuna</w:t>
            </w:r>
          </w:p>
        </w:tc>
        <w:tc>
          <w:tcPr>
            <w:tcW w:type="dxa" w:w="3383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Satul / sectorul</w:t>
            </w:r>
          </w:p>
        </w:tc>
      </w:tr>
      <w:tr>
        <w:trPr>
          <w:trHeight w:val="417" w:hRule="atLeast"/>
        </w:trPr>
        <w:tc>
          <w:tcPr>
            <w:tcW w:type="dxa" w:w="3383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Strada</w:t>
            </w:r>
          </w:p>
        </w:tc>
        <w:tc>
          <w:tcPr>
            <w:tcW w:type="dxa" w:w="846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Nr.</w:t>
            </w:r>
          </w:p>
        </w:tc>
        <w:tc>
          <w:tcPr>
            <w:tcW w:type="dxa" w:w="846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Sc.</w:t>
            </w:r>
          </w:p>
        </w:tc>
        <w:tc>
          <w:tcPr>
            <w:tcW w:type="dxa" w:w="846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Et.</w:t>
            </w:r>
          </w:p>
        </w:tc>
        <w:tc>
          <w:tcPr>
            <w:tcW w:type="dxa" w:w="846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Ap.</w:t>
            </w:r>
          </w:p>
        </w:tc>
        <w:tc>
          <w:tcPr>
            <w:tcW w:type="dxa" w:w="169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Cod poștal</w:t>
            </w:r>
          </w:p>
        </w:tc>
        <w:tc>
          <w:tcPr>
            <w:tcW w:type="dxa" w:w="1690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Țara</w:t>
            </w:r>
          </w:p>
        </w:tc>
      </w:tr>
      <w:tr>
        <w:trPr>
          <w:trHeight w:val="163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4"/>
            <w:gridSpan w:val="8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Date de contact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419" w:hRule="atLeast"/>
        </w:trPr>
        <w:tc>
          <w:tcPr>
            <w:tcW w:type="dxa" w:w="4229"/>
            <w:gridSpan w:val="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Telefon / fax</w:t>
            </w:r>
          </w:p>
        </w:tc>
        <w:tc>
          <w:tcPr>
            <w:tcW w:type="dxa" w:w="5921"/>
            <w:gridSpan w:val="6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E-mail</w:t>
            </w:r>
          </w:p>
        </w:tc>
      </w:tr>
      <w:tr>
        <w:trPr>
          <w:trHeight w:val="163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4"/>
            <w:gridSpan w:val="8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Reprezentare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418" w:hRule="atLeast"/>
        </w:trPr>
        <w:tc>
          <w:tcPr>
            <w:tcW w:type="dxa" w:w="6767"/>
            <w:gridSpan w:val="7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În calitate de reprezentant al</w:t>
            </w:r>
          </w:p>
        </w:tc>
        <w:tc>
          <w:tcPr>
            <w:tcW w:type="dxa" w:w="3383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CUI / CIF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165"/>
        <w:gridCol w:w="1165"/>
        <w:gridCol w:w="1165"/>
        <w:gridCol w:w="1165"/>
        <w:gridCol w:w="1165"/>
        <w:gridCol w:w="1165"/>
        <w:gridCol w:w="1165"/>
        <w:gridCol w:w="1165"/>
        <w:gridCol w:w="1165"/>
      </w:tblGrid>
      <w:tr>
        <w:trPr>
          <w:trHeight w:val="185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4"/>
            <w:gridSpan w:val="7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5"/>
              </w:rPr>
              <w:t>2. BENEFICIAR AL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767" w:hRule="atLeast"/>
        </w:trPr>
        <w:tc>
          <w:tcPr>
            <w:tcW w:type="dxa" w:w="10150"/>
            <w:gridSpan w:val="9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55" w:type="dxa"/>
              <w:start w:w="55" w:type="dxa"/>
              <w:bottom w:w="50" w:type="dxa"/>
              <w:end w:w="5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☐ Documentației de amenajare a teritoriului / documentației de urbanism, pentru care se solicită analizarea și promovarea spre aprobare, având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denumirea: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……………………………………………………………………………………………………………………………………………………….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☐ Investiției, pentru care se solicită emiterea autorizației de construire / desființare / organizare de șantier</w:t>
            </w:r>
          </w:p>
        </w:tc>
      </w:tr>
      <w:tr>
        <w:trPr>
          <w:trHeight w:val="422" w:hRule="atLeast"/>
        </w:trPr>
        <w:tc>
          <w:tcPr>
            <w:tcW w:type="dxa" w:w="10150"/>
            <w:gridSpan w:val="9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416" w:hRule="atLeast"/>
        </w:trPr>
        <w:tc>
          <w:tcPr>
            <w:tcW w:type="dxa" w:w="3383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în baza Certificatului de urbanism nr.</w:t>
            </w:r>
          </w:p>
        </w:tc>
        <w:tc>
          <w:tcPr>
            <w:tcW w:type="dxa" w:w="2538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din data de</w:t>
            </w:r>
          </w:p>
        </w:tc>
        <w:tc>
          <w:tcPr>
            <w:tcW w:type="dxa" w:w="4229"/>
            <w:gridSpan w:val="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emis de</w:t>
            </w:r>
          </w:p>
        </w:tc>
      </w:tr>
      <w:tr>
        <w:trPr>
          <w:trHeight w:val="164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4"/>
            <w:gridSpan w:val="7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având ca amplasament imobilul (teren și/sau construcții), situat în: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416" w:hRule="atLeast"/>
        </w:trPr>
        <w:tc>
          <w:tcPr>
            <w:tcW w:type="dxa" w:w="3383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Județul</w:t>
            </w:r>
          </w:p>
        </w:tc>
        <w:tc>
          <w:tcPr>
            <w:tcW w:type="dxa" w:w="3384"/>
            <w:gridSpan w:val="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Municipiul / orașul / comuna</w:t>
            </w:r>
          </w:p>
        </w:tc>
        <w:tc>
          <w:tcPr>
            <w:tcW w:type="dxa" w:w="3383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Satul / sectorul</w:t>
            </w:r>
          </w:p>
        </w:tc>
      </w:tr>
      <w:tr>
        <w:trPr>
          <w:trHeight w:val="413" w:hRule="atLeast"/>
        </w:trPr>
        <w:tc>
          <w:tcPr>
            <w:tcW w:type="dxa" w:w="3383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Strada</w:t>
            </w:r>
          </w:p>
        </w:tc>
        <w:tc>
          <w:tcPr>
            <w:tcW w:type="dxa" w:w="846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Nr.</w:t>
            </w:r>
          </w:p>
        </w:tc>
        <w:tc>
          <w:tcPr>
            <w:tcW w:type="dxa" w:w="846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Sc.</w:t>
            </w:r>
          </w:p>
        </w:tc>
        <w:tc>
          <w:tcPr>
            <w:tcW w:type="dxa" w:w="846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Et.</w:t>
            </w:r>
          </w:p>
        </w:tc>
        <w:tc>
          <w:tcPr>
            <w:tcW w:type="dxa" w:w="846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Ap.</w:t>
            </w:r>
          </w:p>
        </w:tc>
        <w:tc>
          <w:tcPr>
            <w:tcW w:type="dxa" w:w="169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Cod poștal</w:t>
            </w:r>
          </w:p>
        </w:tc>
        <w:tc>
          <w:tcPr>
            <w:tcW w:type="dxa" w:w="1690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Țara</w:t>
            </w:r>
          </w:p>
        </w:tc>
      </w:tr>
      <w:tr>
        <w:trPr>
          <w:trHeight w:val="416" w:hRule="atLeast"/>
        </w:trPr>
        <w:tc>
          <w:tcPr>
            <w:tcW w:type="dxa" w:w="5075"/>
            <w:gridSpan w:val="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Cartea funciară nr.</w:t>
            </w:r>
          </w:p>
        </w:tc>
        <w:tc>
          <w:tcPr>
            <w:tcW w:type="dxa" w:w="5075"/>
            <w:gridSpan w:val="5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Nr. cadastral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94"/>
        <w:gridCol w:w="3494"/>
        <w:gridCol w:w="3494"/>
      </w:tblGrid>
      <w:tr>
        <w:trPr>
          <w:trHeight w:val="185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5"/>
              </w:rPr>
              <w:t>3. DECLAR PE PROPRIE RĂSPUNDERE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602" w:hRule="atLeast"/>
        </w:trPr>
        <w:tc>
          <w:tcPr>
            <w:tcW w:type="dxa" w:w="10148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/>
                <w:color w:val="000000"/>
                <w:sz w:val="14"/>
              </w:rPr>
              <w:t>Sub sancțiunile aplicate faptei de fals în declarații prevăzute de art. 326 din Legea nr. 286/2009 privind Codul penal, cu modificările și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 w:val="0"/>
                <w:i/>
                <w:color w:val="000000"/>
                <w:sz w:val="14"/>
              </w:rPr>
              <w:t>completările ulterioare, declar pe propria răspundere că pentru avizele și acordurile menționate în tabelul de mai jos a fost depusă,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 w:val="0"/>
                <w:i/>
                <w:color w:val="000000"/>
                <w:sz w:val="14"/>
              </w:rPr>
              <w:t>conform legislației în vigoare, documentația în vederea obținerii acestora și în termenele prevăzute de Legea nr. 169/2026 privind Codul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 w:val="0"/>
                <w:i/>
                <w:color w:val="000000"/>
                <w:sz w:val="14"/>
              </w:rPr>
              <w:t>Amenajării Teritoriului, Urbanismului și Construcțiilor nu au fost primite de la emitent / emitenți, în condițiile legii:</w:t>
            </w:r>
          </w:p>
        </w:tc>
      </w:tr>
      <w:tr>
        <w:trPr>
          <w:trHeight w:val="211" w:hRule="atLeast"/>
        </w:trPr>
        <w:tc>
          <w:tcPr>
            <w:tcW w:type="dxa" w:w="10148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55" w:type="dxa"/>
              <w:start w:w="55" w:type="dxa"/>
              <w:bottom w:w="50" w:type="dxa"/>
              <w:end w:w="5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☐ nicio solicitare de clarificare, completare sau modificare</w:t>
            </w:r>
          </w:p>
        </w:tc>
      </w:tr>
      <w:tr>
        <w:trPr>
          <w:trHeight w:val="212" w:hRule="atLeast"/>
        </w:trPr>
        <w:tc>
          <w:tcPr>
            <w:tcW w:type="dxa" w:w="10148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55" w:type="dxa"/>
              <w:start w:w="55" w:type="dxa"/>
              <w:bottom w:w="50" w:type="dxa"/>
              <w:end w:w="5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☐ niciun aviz sau acord cu sau fără condiții</w:t>
            </w:r>
          </w:p>
        </w:tc>
      </w:tr>
      <w:tr>
        <w:trPr>
          <w:trHeight w:val="215" w:hRule="atLeast"/>
        </w:trPr>
        <w:tc>
          <w:tcPr>
            <w:tcW w:type="dxa" w:w="10148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55" w:type="dxa"/>
              <w:start w:w="55" w:type="dxa"/>
              <w:bottom w:w="50" w:type="dxa"/>
              <w:end w:w="5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☐ nicio adresă de respingere</w:t>
            </w:r>
          </w:p>
        </w:tc>
      </w:tr>
      <w:tr>
        <w:trPr>
          <w:trHeight w:val="145" w:hRule="atLeast"/>
        </w:trPr>
        <w:tc>
          <w:tcPr>
            <w:tcW w:type="dxa" w:w="113"/>
            <w:vMerge w:val="restart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Anexez documente doveditoare pentru fiecare aviz / acord solicitat pentru care în termenul legal nu a fost primită solicitarea de clarificare, completare sau</w:t>
            </w:r>
          </w:p>
        </w:tc>
        <w:tc>
          <w:tcPr>
            <w:tcW w:type="dxa" w:w="113"/>
            <w:vMerge w:val="restart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146" w:hRule="atLeast"/>
        </w:trPr>
        <w:tc>
          <w:tcPr>
            <w:tcW w:type="dxa" w:w="113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  <w:tc>
          <w:tcPr>
            <w:tcW w:type="dxa" w:w="992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modificare, nu a fost eliberat aviz / acord cu sau fără condiții ori nu a fost eliberată adresa de respingere, după caz, respectiv pentru:</w:t>
            </w:r>
          </w:p>
        </w:tc>
        <w:tc>
          <w:tcPr>
            <w:tcW w:type="dxa" w:w="113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</w:tr>
    </w:tbl>
    <w:p>
      <w:pPr>
        <w:pageBreakBefore/>
        <w:spacing w:after="40"/>
      </w:pPr>
      <w:r>
        <w:rPr>
          <w:rFonts w:ascii="Times New Roman" w:hAnsi="Times New Roman"/>
          <w:b w:val="0"/>
          <w:i w:val="0"/>
          <w:color w:val="777777"/>
          <w:sz w:val="13"/>
        </w:rPr>
        <w:t>F_A_03 · versiunea 1.0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310"/>
        <w:gridCol w:w="1310"/>
        <w:gridCol w:w="1310"/>
        <w:gridCol w:w="1310"/>
        <w:gridCol w:w="1310"/>
        <w:gridCol w:w="1310"/>
        <w:gridCol w:w="1310"/>
        <w:gridCol w:w="1310"/>
      </w:tblGrid>
      <w:tr>
        <w:trPr>
          <w:trHeight w:val="185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1"/>
            <w:gridSpan w:val="6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5"/>
              </w:rPr>
              <w:t>4. AVIZELE / ACORDURILE PENTRU CARE SE INVOCĂ APROBAREA TACITĂ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423" w:hRule="atLeast"/>
        </w:trPr>
        <w:tc>
          <w:tcPr>
            <w:tcW w:type="dxa" w:w="845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Nr. crt.</w:t>
            </w:r>
          </w:p>
        </w:tc>
        <w:tc>
          <w:tcPr>
            <w:tcW w:type="dxa" w:w="169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Avizul / acordul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solicitat</w:t>
            </w:r>
          </w:p>
        </w:tc>
        <w:tc>
          <w:tcPr>
            <w:tcW w:type="dxa" w:w="2537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Instituția / entitatea de la care s-a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solicitat</w:t>
            </w:r>
          </w:p>
        </w:tc>
        <w:tc>
          <w:tcPr>
            <w:tcW w:type="dxa" w:w="1691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Dată și nr.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înregistrare solicitare</w:t>
            </w:r>
          </w:p>
        </w:tc>
        <w:tc>
          <w:tcPr>
            <w:tcW w:type="dxa" w:w="169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Dată și nr. depunere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răspuns la clarificări</w:t>
            </w:r>
          </w:p>
        </w:tc>
        <w:tc>
          <w:tcPr>
            <w:tcW w:type="dxa" w:w="1690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Data împlinirii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termenului</w:t>
            </w:r>
          </w:p>
        </w:tc>
      </w:tr>
      <w:tr>
        <w:trPr>
          <w:trHeight w:val="413" w:hRule="atLeast"/>
        </w:trPr>
        <w:tc>
          <w:tcPr>
            <w:tcW w:type="dxa" w:w="845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5"/>
              </w:rPr>
              <w:t>1</w:t>
            </w:r>
          </w:p>
        </w:tc>
        <w:tc>
          <w:tcPr>
            <w:tcW w:type="dxa" w:w="169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2537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1691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169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1690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414" w:hRule="atLeast"/>
        </w:trPr>
        <w:tc>
          <w:tcPr>
            <w:tcW w:type="dxa" w:w="845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5"/>
              </w:rPr>
              <w:t>2</w:t>
            </w:r>
          </w:p>
        </w:tc>
        <w:tc>
          <w:tcPr>
            <w:tcW w:type="dxa" w:w="169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2537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1691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169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1690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414" w:hRule="atLeast"/>
        </w:trPr>
        <w:tc>
          <w:tcPr>
            <w:tcW w:type="dxa" w:w="845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5"/>
              </w:rPr>
              <w:t>3</w:t>
            </w:r>
          </w:p>
        </w:tc>
        <w:tc>
          <w:tcPr>
            <w:tcW w:type="dxa" w:w="169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2537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1691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169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1690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415" w:hRule="atLeast"/>
        </w:trPr>
        <w:tc>
          <w:tcPr>
            <w:tcW w:type="dxa" w:w="845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5"/>
              </w:rPr>
              <w:t>4</w:t>
            </w:r>
          </w:p>
        </w:tc>
        <w:tc>
          <w:tcPr>
            <w:tcW w:type="dxa" w:w="169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2537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1691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169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1690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94"/>
        <w:gridCol w:w="3494"/>
        <w:gridCol w:w="3494"/>
      </w:tblGrid>
      <w:tr>
        <w:trPr>
          <w:trHeight w:val="186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1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5"/>
              </w:rPr>
              <w:t>5. ASUMAREA RĂSPUNDERII ȘI CONSIMȚĂMÂNTUL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751" w:hRule="atLeast"/>
        </w:trPr>
        <w:tc>
          <w:tcPr>
            <w:tcW w:type="dxa" w:w="10147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/>
                <w:color w:val="000000"/>
                <w:sz w:val="14"/>
              </w:rPr>
              <w:t>Declar pe propria răspundere, cunoscând prevederile art. 326 din Codul penal privind falsul în declarații, că datele înscrise în prezenta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 w:val="0"/>
                <w:i/>
                <w:color w:val="000000"/>
                <w:sz w:val="14"/>
              </w:rPr>
              <w:t>cerere și în documentele anexate sunt reale, corecte, complete și perfect valabile și înțeleg că invocarea în fața unei autorități sau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 w:val="0"/>
                <w:i/>
                <w:color w:val="000000"/>
                <w:sz w:val="14"/>
              </w:rPr>
              <w:t>instituții publice a obținerii unui aviz sau acord ca urmare a procedurii aprobării tacite, omițând cu știință prezentarea răspunsului ori a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 w:val="0"/>
                <w:i/>
                <w:color w:val="000000"/>
                <w:sz w:val="14"/>
              </w:rPr>
              <w:t>notificării primite în cadrul procesului de emitere a avizelor și acordurilor, reprezintă fals în declarații, constituie infracțiune și se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 w:val="0"/>
                <w:i/>
                <w:color w:val="000000"/>
                <w:sz w:val="14"/>
              </w:rPr>
              <w:t>pedepsește conform legii.</w:t>
            </w:r>
          </w:p>
        </w:tc>
      </w:tr>
      <w:tr>
        <w:trPr>
          <w:trHeight w:val="145" w:hRule="atLeast"/>
        </w:trPr>
        <w:tc>
          <w:tcPr>
            <w:tcW w:type="dxa" w:w="113"/>
            <w:vMerge w:val="restart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1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Sunt de acord ca ……………………………………………………………… să prelucreze datele mele cu caracter personal, în conformitate cu prevederile</w:t>
            </w:r>
          </w:p>
        </w:tc>
        <w:tc>
          <w:tcPr>
            <w:tcW w:type="dxa" w:w="113"/>
            <w:vMerge w:val="restart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144" w:hRule="atLeast"/>
        </w:trPr>
        <w:tc>
          <w:tcPr>
            <w:tcW w:type="dxa" w:w="113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  <w:tc>
          <w:tcPr>
            <w:tcW w:type="dxa" w:w="9921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Regulamentului (UE) nr. 679/2016 privind protecția persoanelor fizice în ceea ce privește prelucrarea datelor cu caracter personal și privind libera circulație</w:t>
            </w:r>
          </w:p>
        </w:tc>
        <w:tc>
          <w:tcPr>
            <w:tcW w:type="dxa" w:w="113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</w:tr>
      <w:tr>
        <w:trPr>
          <w:trHeight w:val="142" w:hRule="atLeast"/>
        </w:trPr>
        <w:tc>
          <w:tcPr>
            <w:tcW w:type="dxa" w:w="113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  <w:tc>
          <w:tcPr>
            <w:tcW w:type="dxa" w:w="9921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a acestor date și de abrogare a Directivei 95/46/CE (Regulamentul general privind protecția datelor) — GDPR. Temeiul juridic al prelucrării acestor date</w:t>
            </w:r>
          </w:p>
        </w:tc>
        <w:tc>
          <w:tcPr>
            <w:tcW w:type="dxa" w:w="113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</w:tr>
      <w:tr>
        <w:trPr>
          <w:trHeight w:val="144" w:hRule="atLeast"/>
        </w:trPr>
        <w:tc>
          <w:tcPr>
            <w:tcW w:type="dxa" w:w="113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  <w:tc>
          <w:tcPr>
            <w:tcW w:type="dxa" w:w="9921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este consimțământul subsemnatei / subsemnatului. Consimțământul în ceea ce privește prelucrarea datelor cu caracter personal, precum și furnizarea datelor</w:t>
            </w:r>
          </w:p>
        </w:tc>
        <w:tc>
          <w:tcPr>
            <w:tcW w:type="dxa" w:w="113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</w:tr>
      <w:tr>
        <w:trPr>
          <w:trHeight w:val="142" w:hRule="atLeast"/>
        </w:trPr>
        <w:tc>
          <w:tcPr>
            <w:tcW w:type="dxa" w:w="113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  <w:tc>
          <w:tcPr>
            <w:tcW w:type="dxa" w:w="9921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menționate mai jos sunt voluntare. Acest consimțământ poate fi revocat în orice moment, printr-o notificare către</w:t>
            </w:r>
          </w:p>
        </w:tc>
        <w:tc>
          <w:tcPr>
            <w:tcW w:type="dxa" w:w="113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</w:tr>
      <w:tr>
        <w:trPr>
          <w:trHeight w:val="144" w:hRule="atLeast"/>
        </w:trPr>
        <w:tc>
          <w:tcPr>
            <w:tcW w:type="dxa" w:w="113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  <w:tc>
          <w:tcPr>
            <w:tcW w:type="dxa" w:w="9921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……………………………………………………………, conform prevederilor GDPR referitoare la drepturile persoanelor vizate. Toate datele cu caracter</w:t>
            </w:r>
          </w:p>
        </w:tc>
        <w:tc>
          <w:tcPr>
            <w:tcW w:type="dxa" w:w="113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</w:tr>
      <w:tr>
        <w:trPr>
          <w:trHeight w:val="142" w:hRule="atLeast"/>
        </w:trPr>
        <w:tc>
          <w:tcPr>
            <w:tcW w:type="dxa" w:w="113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  <w:tc>
          <w:tcPr>
            <w:tcW w:type="dxa" w:w="9921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personal colectate vor fi stocate numai cât este necesar îndeplinirii scopului pentru care au fost colectate, plus termenele de arhivare prevăzute de dispozițiile</w:t>
            </w:r>
          </w:p>
        </w:tc>
        <w:tc>
          <w:tcPr>
            <w:tcW w:type="dxa" w:w="113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</w:tr>
      <w:tr>
        <w:trPr>
          <w:trHeight w:val="145" w:hRule="atLeast"/>
        </w:trPr>
        <w:tc>
          <w:tcPr>
            <w:tcW w:type="dxa" w:w="113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  <w:tc>
          <w:tcPr>
            <w:tcW w:type="dxa" w:w="9921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legale în materie, și/sau atât cât este necesar pentru ca părțile să își poată exercita drepturile legitime.</w:t>
            </w:r>
          </w:p>
        </w:tc>
        <w:tc>
          <w:tcPr>
            <w:tcW w:type="dxa" w:w="113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</w:tr>
      <w:tr>
        <w:trPr>
          <w:trHeight w:val="176" w:hRule="atLeast"/>
        </w:trPr>
        <w:tc>
          <w:tcPr>
            <w:tcW w:type="dxa" w:w="10147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/>
                <w:color w:val="000000"/>
                <w:sz w:val="14"/>
              </w:rPr>
              <w:t>Am înțeles această declarație de consimțământ și sunt de acord cu prelucrarea datelor mele cu caracter personal.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096"/>
        <w:gridCol w:w="2096"/>
        <w:gridCol w:w="2096"/>
        <w:gridCol w:w="2096"/>
        <w:gridCol w:w="2096"/>
      </w:tblGrid>
      <w:tr>
        <w:trPr>
          <w:trHeight w:val="186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1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5"/>
              </w:rPr>
              <w:t>6. DATA ȘI SEMNĂTURA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417" w:hRule="atLeast"/>
        </w:trPr>
        <w:tc>
          <w:tcPr>
            <w:tcW w:type="dxa" w:w="1690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Data</w:t>
            </w:r>
          </w:p>
        </w:tc>
        <w:tc>
          <w:tcPr>
            <w:tcW w:type="dxa" w:w="507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Beneficiarul / reprezentantul</w:t>
            </w:r>
          </w:p>
        </w:tc>
        <w:tc>
          <w:tcPr>
            <w:tcW w:type="dxa" w:w="3383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Semnătura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709" w:right="879" w:bottom="709" w:left="879" w:header="227" w:footer="34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6236" w:val="left"/>
      </w:tabs>
      <w:jc w:val="left"/>
    </w:pPr>
    <w:r>
      <w:rPr>
        <w:rFonts w:ascii="Times New Roman" w:hAnsi="Times New Roman"/>
        <w:b w:val="0"/>
        <w:i w:val="0"/>
        <w:color w:val="777777"/>
        <w:sz w:val="13"/>
      </w:rPr>
      <w:t>F_A_03 · versiunea 1.0</w:t>
    </w:r>
    <w:r>
      <w:tab/>
    </w:r>
    <w:r>
      <w:rPr>
        <w:rFonts w:ascii="Times New Roman" w:hAnsi="Times New Roman"/>
        <w:b w:val="0"/>
        <w:i w:val="0"/>
        <w:color w:val="777777"/>
        <w:sz w:val="13"/>
      </w:rPr>
      <w:t xml:space="preserve">pagina </w:t>
      <w:fldChar w:fldCharType="begin"/>
      <w:instrText xml:space="preserve">PAGE</w:instrText>
      <w:fldChar w:fldCharType="end"/>
    </w:r>
    <w:r>
      <w:rPr>
        <w:rFonts w:ascii="Times New Roman" w:hAnsi="Times New Roman"/>
        <w:b w:val="0"/>
        <w:i w:val="0"/>
        <w:color w:val="777777"/>
        <w:sz w:val="13"/>
      </w:rPr>
      <w:t xml:space="preserve"> din </w:t>
      <w:fldChar w:fldCharType="begin"/>
      <w:instrText xml:space="preserve">NUMPAGES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40" w:lineRule="auto"/>
    </w:pPr>
    <w:rPr>
      <w:rFonts w:ascii="Times New Roman" w:hAnsi="Times New Roman"/>
      <w:sz w:val="15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11_F_A_03_Declaratie_aprobare_tacita_Baile_Govora</dc:title>
  <dc:subject/>
  <dc:creator>Primăria Orașului Băile Govora</dc:creator>
  <cp:keywords/>
  <dc:description>generated by python-docx</dc:description>
  <cp:lastModifiedBy>Primăria Orașului Băile Govora</cp:lastModifiedBy>
  <cp:revision>1</cp:revision>
  <dcterms:created xsi:type="dcterms:W3CDTF">2013-12-23T23:15:00Z</dcterms:created>
  <dcterms:modified xsi:type="dcterms:W3CDTF">2013-12-23T23:15:00Z</dcterms:modified>
  <cp:category/>
</cp:coreProperties>
</file>