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rFonts w:ascii="Times New Roman" w:hAnsi="Times New Roman"/>
          <w:b/>
          <w:i/>
          <w:color w:val="000000"/>
          <w:sz w:val="19"/>
        </w:rPr>
        <w:t>Anexa nr. 1</w:t>
      </w:r>
    </w:p>
    <w:p>
      <w:pPr>
        <w:spacing w:after="20"/>
      </w:pPr>
      <w:r>
        <w:rPr>
          <w:rFonts w:ascii="Times New Roman" w:hAnsi="Times New Roman"/>
          <w:b w:val="0"/>
          <w:i w:val="0"/>
          <w:color w:val="777777"/>
          <w:sz w:val="14"/>
        </w:rPr>
        <w:t>F_CU_01 · versiunea 1.0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408" w:hRule="atLeast"/>
        </w:trPr>
        <w:tc>
          <w:tcPr>
            <w:tcW w:type="dxa" w:w="1701"/>
            <w:vMerge w:val="restart"/>
            <w:vAlign w:val="center"/>
            <w:tcMar>
              <w:top w:w="45" w:type="dxa"/>
              <w:start w:w="65" w:type="dxa"/>
              <w:bottom w:w="30" w:type="dxa"/>
              <w:end w:w="65" w:type="dxa"/>
            </w:tcMar>
            <w:tcBorders>
              <w:top w:val="single" w:sz="5" w:color="777777"/>
              <w:left w:val="single" w:sz="5" w:color="777777"/>
              <w:bottom w:val="single" w:sz="5" w:color="777777"/>
              <w:right w:val="single" w:sz="5" w:color="777777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720000" cy="1077209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107720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448"/>
            <w:gridSpan w:val="2"/>
            <w:tcMar>
              <w:top w:w="45" w:type="dxa"/>
              <w:start w:w="65" w:type="dxa"/>
              <w:bottom w:w="30" w:type="dxa"/>
              <w:end w:w="65" w:type="dxa"/>
            </w:tcMar>
            <w:vAlign w:val="center"/>
            <w:tcBorders>
              <w:top w:val="single" w:sz="5" w:color="777777"/>
              <w:left w:val="single" w:sz="5" w:color="777777"/>
              <w:bottom w:val="single" w:sz="5" w:color="777777"/>
              <w:right w:val="single" w:sz="5" w:color="777777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5"/>
              </w:rPr>
              <w:t>Județul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 Vâlcea</w:t>
            </w:r>
          </w:p>
        </w:tc>
      </w:tr>
      <w:tr>
        <w:trPr>
          <w:trHeight w:val="408" w:hRule="atLeast"/>
        </w:trPr>
        <w:tc>
          <w:tcPr>
            <w:tcW w:type="dxa" w:w="1701"/>
            <w:vMerge/>
          </w:tcPr>
          <w:p/>
        </w:tc>
        <w:tc>
          <w:tcPr>
            <w:tcW w:type="dxa" w:w="8448"/>
            <w:gridSpan w:val="2"/>
            <w:tcMar>
              <w:top w:w="45" w:type="dxa"/>
              <w:start w:w="65" w:type="dxa"/>
              <w:bottom w:w="30" w:type="dxa"/>
              <w:end w:w="65" w:type="dxa"/>
            </w:tcMar>
            <w:vAlign w:val="center"/>
            <w:tcBorders>
              <w:top w:val="single" w:sz="5" w:color="777777"/>
              <w:left w:val="single" w:sz="5" w:color="777777"/>
              <w:bottom w:val="single" w:sz="5" w:color="777777"/>
              <w:right w:val="single" w:sz="5" w:color="777777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5"/>
              </w:rPr>
              <w:t>Autoritatea administrației publice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 Primăria Orașului Băile Govora</w:t>
            </w:r>
          </w:p>
        </w:tc>
      </w:tr>
      <w:tr>
        <w:trPr>
          <w:trHeight w:val="408" w:hRule="atLeast"/>
        </w:trPr>
        <w:tc>
          <w:tcPr>
            <w:tcW w:type="dxa" w:w="1701"/>
            <w:vMerge/>
          </w:tcPr>
          <w:p/>
        </w:tc>
        <w:tc>
          <w:tcPr>
            <w:tcW w:type="dxa" w:w="3969"/>
            <w:tcMar>
              <w:top w:w="45" w:type="dxa"/>
              <w:start w:w="65" w:type="dxa"/>
              <w:bottom w:w="30" w:type="dxa"/>
              <w:end w:w="65" w:type="dxa"/>
            </w:tcMar>
            <w:vAlign w:val="center"/>
            <w:tcBorders>
              <w:top w:val="single" w:sz="5" w:color="777777"/>
              <w:left w:val="single" w:sz="5" w:color="777777"/>
              <w:bottom w:val="single" w:sz="5" w:color="777777"/>
              <w:right w:val="single" w:sz="5" w:color="777777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5"/>
              </w:rPr>
              <w:t>Cod de identificare fiscală (CIF)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 2541827</w:t>
            </w:r>
          </w:p>
        </w:tc>
        <w:tc>
          <w:tcPr>
            <w:tcW w:type="dxa" w:w="4479"/>
            <w:tcMar>
              <w:top w:w="45" w:type="dxa"/>
              <w:start w:w="65" w:type="dxa"/>
              <w:bottom w:w="30" w:type="dxa"/>
              <w:end w:w="65" w:type="dxa"/>
            </w:tcMar>
            <w:vAlign w:val="center"/>
            <w:tcBorders>
              <w:top w:val="single" w:sz="5" w:color="777777"/>
              <w:left w:val="single" w:sz="5" w:color="777777"/>
              <w:bottom w:val="single" w:sz="5" w:color="777777"/>
              <w:right w:val="single" w:sz="5" w:color="777777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5"/>
              </w:rPr>
              <w:t>Adresa oficială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 xml:space="preserve"> Str. Tudor Vladimirescu nr. 95, 245200 Băile Govora · 0250 770 460 · primaria@primaria-baile-govora.ro</w:t>
            </w:r>
          </w:p>
        </w:tc>
      </w:tr>
      <w:tr>
        <w:trPr>
          <w:trHeight w:val="408" w:hRule="atLeast"/>
        </w:trPr>
        <w:tc>
          <w:tcPr>
            <w:tcW w:type="dxa" w:w="1701"/>
            <w:vMerge/>
          </w:tcPr>
          <w:p/>
        </w:tc>
        <w:tc>
          <w:tcPr>
            <w:tcW w:type="dxa" w:w="3969"/>
            <w:tcMar>
              <w:top w:w="45" w:type="dxa"/>
              <w:start w:w="65" w:type="dxa"/>
              <w:bottom w:w="30" w:type="dxa"/>
              <w:end w:w="65" w:type="dxa"/>
            </w:tcMar>
            <w:vAlign w:val="center"/>
            <w:tcBorders>
              <w:top w:val="single" w:sz="5" w:color="777777"/>
              <w:left w:val="single" w:sz="5" w:color="777777"/>
              <w:bottom w:val="single" w:sz="5" w:color="777777"/>
              <w:right w:val="single" w:sz="5" w:color="777777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5"/>
              </w:rPr>
              <w:t>Număr de înregistrare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 ________________</w:t>
            </w:r>
          </w:p>
        </w:tc>
        <w:tc>
          <w:tcPr>
            <w:tcW w:type="dxa" w:w="4479"/>
            <w:tcMar>
              <w:top w:w="45" w:type="dxa"/>
              <w:start w:w="65" w:type="dxa"/>
              <w:bottom w:w="30" w:type="dxa"/>
              <w:end w:w="65" w:type="dxa"/>
            </w:tcMar>
            <w:vAlign w:val="center"/>
            <w:tcBorders>
              <w:top w:val="single" w:sz="5" w:color="777777"/>
              <w:left w:val="single" w:sz="5" w:color="777777"/>
              <w:bottom w:val="single" w:sz="5" w:color="777777"/>
              <w:right w:val="single" w:sz="5" w:color="777777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5"/>
              </w:rPr>
              <w:t>Data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 ____ / ____ / 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82"/>
      </w:tblGrid>
      <w:tr>
        <w:trPr>
          <w:trHeight w:val="187" w:hRule="exact"/>
        </w:trPr>
        <w:tc>
          <w:tcPr>
            <w:tcW w:type="dxa" w:w="10148"/>
            <w:shd w:fill="F2F2F2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i/>
                <w:color w:val="000000"/>
                <w:sz w:val="13"/>
              </w:rPr>
              <w:t>se completează de autoritate — solicitantul nu scrie în această zonă</w:t>
            </w:r>
          </w:p>
        </w:tc>
      </w:tr>
    </w:tbl>
    <w:p>
      <w:pPr>
        <w:spacing w:before="160" w:after="140"/>
        <w:jc w:val="center"/>
      </w:pPr>
      <w:r>
        <w:rPr>
          <w:rFonts w:ascii="Times New Roman" w:hAnsi="Times New Roman"/>
          <w:b/>
          <w:i w:val="0"/>
          <w:color w:val="000000"/>
          <w:sz w:val="29"/>
        </w:rPr>
        <w:t>CERERE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82"/>
      </w:tblGrid>
      <w:tr>
        <w:trPr>
          <w:trHeight w:val="204" w:hRule="exact"/>
        </w:trPr>
        <w:tc>
          <w:tcPr>
            <w:tcW w:type="dxa" w:w="10148"/>
            <w:shd w:fill="F2F2F2"/>
            <w:tcBorders>
              <w:top w:val="single" w:sz="5" w:color="888888"/>
              <w:left w:val="single" w:sz="5" w:color="888888"/>
              <w:bottom w:val="single" w:sz="5" w:color="888888"/>
              <w:right w:val="single" w:sz="5" w:color="88888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7"/>
              </w:rPr>
              <w:t>1. CĂTRE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82"/>
      </w:tblGrid>
      <w:tr>
        <w:trPr>
          <w:trHeight w:val="317" w:hRule="atLeast"/>
        </w:trPr>
        <w:tc>
          <w:tcPr>
            <w:tcW w:type="dxa" w:w="10148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5"/>
              </w:rPr>
              <w:t>Instituția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 PRIMĂRIA ORAȘULUI BĂILE GOVORA</w:t>
            </w:r>
          </w:p>
          <w:p>
            <w:pPr>
              <w:spacing w:before="0" w:after="0"/>
            </w:pPr>
            <w:r>
              <w:rPr>
                <w:rFonts w:ascii="Times New Roman" w:hAnsi="Times New Roman"/>
                <w:b w:val="0"/>
                <w:i/>
                <w:color w:val="777777"/>
                <w:sz w:val="13"/>
              </w:rPr>
              <w:t>primăria municipiului / orașului / comunei · primăria de sector · consiliul județean</w:t>
            </w:r>
          </w:p>
        </w:tc>
      </w:tr>
      <w:tr>
        <w:trPr>
          <w:trHeight w:val="238" w:hRule="atLeast"/>
        </w:trPr>
        <w:tc>
          <w:tcPr>
            <w:tcW w:type="dxa" w:w="10148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Cererea va fi transmisă către președintele consiliului județean, primarul general, primarul de sector sau primarul municipiului / orașului / comunei, după caz.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82"/>
      </w:tblGrid>
      <w:tr>
        <w:trPr>
          <w:trHeight w:val="204" w:hRule="exact"/>
        </w:trPr>
        <w:tc>
          <w:tcPr>
            <w:tcW w:type="dxa" w:w="10148"/>
            <w:shd w:fill="F2F2F2"/>
            <w:tcBorders>
              <w:top w:val="single" w:sz="5" w:color="888888"/>
              <w:left w:val="single" w:sz="5" w:color="888888"/>
              <w:bottom w:val="single" w:sz="5" w:color="888888"/>
              <w:right w:val="single" w:sz="5" w:color="88888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7"/>
              </w:rPr>
              <w:t>2. SOLICITANTUL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165"/>
        <w:gridCol w:w="1165"/>
        <w:gridCol w:w="1165"/>
        <w:gridCol w:w="1165"/>
        <w:gridCol w:w="1165"/>
        <w:gridCol w:w="1165"/>
        <w:gridCol w:w="1165"/>
        <w:gridCol w:w="1165"/>
        <w:gridCol w:w="1165"/>
      </w:tblGrid>
      <w:tr>
        <w:trPr>
          <w:trHeight w:val="363" w:hRule="atLeast"/>
        </w:trPr>
        <w:tc>
          <w:tcPr>
            <w:tcW w:type="dxa" w:w="6804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gridSpan w:val="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5"/>
              </w:rPr>
              <w:t>Nume și prenume</w:t>
            </w:r>
          </w:p>
        </w:tc>
        <w:tc>
          <w:tcPr>
            <w:tcW w:type="dxa" w:w="3345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5"/>
              </w:rPr>
              <w:t>CNP</w:t>
            </w:r>
          </w:p>
        </w:tc>
      </w:tr>
      <w:tr>
        <w:trPr>
          <w:trHeight w:val="170" w:hRule="atLeast"/>
        </w:trPr>
        <w:tc>
          <w:tcPr>
            <w:tcW w:type="dxa" w:w="10149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gridSpan w:val="9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shd w:fill="F2F2F2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5"/>
              </w:rPr>
              <w:t>Act de identitate</w:t>
            </w:r>
          </w:p>
        </w:tc>
      </w:tr>
      <w:tr>
        <w:trPr>
          <w:trHeight w:val="351" w:hRule="atLeast"/>
        </w:trPr>
        <w:tc>
          <w:tcPr>
            <w:tcW w:type="dxa" w:w="2268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5"/>
              </w:rPr>
              <w:t>Seria</w:t>
            </w:r>
          </w:p>
        </w:tc>
        <w:tc>
          <w:tcPr>
            <w:tcW w:type="dxa" w:w="1134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5"/>
              </w:rPr>
              <w:t>Numărul</w:t>
            </w:r>
          </w:p>
        </w:tc>
        <w:tc>
          <w:tcPr>
            <w:tcW w:type="dxa" w:w="5613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gridSpan w:val="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5"/>
              </w:rPr>
              <w:t>Eliberat de</w:t>
            </w:r>
          </w:p>
        </w:tc>
        <w:tc>
          <w:tcPr>
            <w:tcW w:type="dxa" w:w="1134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5"/>
              </w:rPr>
              <w:t>La data</w:t>
            </w:r>
          </w:p>
        </w:tc>
      </w:tr>
      <w:tr>
        <w:trPr>
          <w:trHeight w:val="170" w:hRule="atLeast"/>
        </w:trPr>
        <w:tc>
          <w:tcPr>
            <w:tcW w:type="dxa" w:w="10149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gridSpan w:val="9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shd w:fill="F2F2F2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5"/>
              </w:rPr>
              <w:t>Domiciliul</w:t>
            </w:r>
          </w:p>
        </w:tc>
      </w:tr>
      <w:tr>
        <w:trPr>
          <w:trHeight w:val="357" w:hRule="atLeast"/>
        </w:trPr>
        <w:tc>
          <w:tcPr>
            <w:tcW w:type="dxa" w:w="3402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5"/>
              </w:rPr>
              <w:t>Județul</w:t>
            </w:r>
          </w:p>
        </w:tc>
        <w:tc>
          <w:tcPr>
            <w:tcW w:type="dxa" w:w="3402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5"/>
              </w:rPr>
              <w:t>Municipiul / orașul / comuna</w:t>
            </w:r>
          </w:p>
        </w:tc>
        <w:tc>
          <w:tcPr>
            <w:tcW w:type="dxa" w:w="3345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5"/>
              </w:rPr>
              <w:t>Satul / sectorul</w:t>
            </w:r>
          </w:p>
        </w:tc>
      </w:tr>
      <w:tr>
        <w:trPr>
          <w:trHeight w:val="357" w:hRule="atLeast"/>
        </w:trPr>
        <w:tc>
          <w:tcPr>
            <w:tcW w:type="dxa" w:w="3402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5"/>
              </w:rPr>
              <w:t>Strada</w:t>
            </w:r>
          </w:p>
        </w:tc>
        <w:tc>
          <w:tcPr>
            <w:tcW w:type="dxa" w:w="1134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5"/>
              </w:rPr>
              <w:t>Nr.</w:t>
            </w:r>
          </w:p>
        </w:tc>
        <w:tc>
          <w:tcPr>
            <w:tcW w:type="dxa" w:w="1134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5"/>
              </w:rPr>
              <w:t>Sc.</w:t>
            </w:r>
          </w:p>
        </w:tc>
        <w:tc>
          <w:tcPr>
            <w:tcW w:type="dxa" w:w="1134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5"/>
              </w:rPr>
              <w:t>Et.</w:t>
            </w:r>
          </w:p>
        </w:tc>
        <w:tc>
          <w:tcPr>
            <w:tcW w:type="dxa" w:w="1134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5"/>
              </w:rPr>
              <w:t>Ap.</w:t>
            </w:r>
          </w:p>
        </w:tc>
        <w:tc>
          <w:tcPr>
            <w:tcW w:type="dxa" w:w="1077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5"/>
              </w:rPr>
              <w:t>Cod poștal</w:t>
            </w:r>
          </w:p>
        </w:tc>
        <w:tc>
          <w:tcPr>
            <w:tcW w:type="dxa" w:w="1134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5"/>
              </w:rPr>
              <w:t>Țara</w:t>
            </w:r>
          </w:p>
        </w:tc>
      </w:tr>
      <w:tr>
        <w:trPr>
          <w:trHeight w:val="170" w:hRule="atLeast"/>
        </w:trPr>
        <w:tc>
          <w:tcPr>
            <w:tcW w:type="dxa" w:w="10149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gridSpan w:val="9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shd w:fill="F2F2F2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5"/>
              </w:rPr>
              <w:t>Date de contact</w:t>
            </w:r>
          </w:p>
        </w:tc>
      </w:tr>
      <w:tr>
        <w:trPr>
          <w:trHeight w:val="351" w:hRule="atLeast"/>
        </w:trPr>
        <w:tc>
          <w:tcPr>
            <w:tcW w:type="dxa" w:w="5670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gridSpan w:val="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5"/>
              </w:rPr>
              <w:t>Telefon / fax</w:t>
            </w:r>
          </w:p>
        </w:tc>
        <w:tc>
          <w:tcPr>
            <w:tcW w:type="dxa" w:w="4479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5"/>
              </w:rPr>
              <w:t>E-mail</w:t>
            </w:r>
          </w:p>
        </w:tc>
      </w:tr>
      <w:tr>
        <w:trPr>
          <w:trHeight w:val="170" w:hRule="atLeast"/>
        </w:trPr>
        <w:tc>
          <w:tcPr>
            <w:tcW w:type="dxa" w:w="10149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gridSpan w:val="9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shd w:fill="F2F2F2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5"/>
              </w:rPr>
              <w:t>Reprezentare</w:t>
            </w:r>
          </w:p>
        </w:tc>
      </w:tr>
      <w:tr>
        <w:trPr>
          <w:trHeight w:val="369" w:hRule="atLeast"/>
        </w:trPr>
        <w:tc>
          <w:tcPr>
            <w:tcW w:type="dxa" w:w="6804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gridSpan w:val="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5"/>
              </w:rPr>
              <w:t>În calitate de reprezentant al</w:t>
            </w:r>
          </w:p>
        </w:tc>
        <w:tc>
          <w:tcPr>
            <w:tcW w:type="dxa" w:w="3345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5"/>
              </w:rPr>
              <w:t>CUI / CIF</w:t>
            </w:r>
          </w:p>
        </w:tc>
      </w:tr>
    </w:tbl>
    <w:p>
      <w:pPr>
        <w:spacing w:before="20" w:after="0" w:line="228" w:lineRule="auto"/>
        <w:jc w:val="center"/>
      </w:pPr>
      <w:r>
        <w:rPr>
          <w:rFonts w:ascii="Times New Roman" w:hAnsi="Times New Roman"/>
          <w:b w:val="0"/>
          <w:i w:val="0"/>
          <w:color w:val="000000"/>
          <w:sz w:val="15"/>
        </w:rPr>
        <w:t>în conformitate cu prevederile Legii nr. 169/2026 privind Codul amenajării teritoriului, urbanismului și construcțiilor,</w:t>
      </w:r>
    </w:p>
    <w:p>
      <w:pPr>
        <w:spacing w:before="20" w:after="20" w:line="228" w:lineRule="auto"/>
        <w:jc w:val="center"/>
      </w:pPr>
      <w:r>
        <w:rPr>
          <w:rFonts w:ascii="Times New Roman" w:hAnsi="Times New Roman"/>
          <w:b w:val="0"/>
          <w:i w:val="0"/>
          <w:color w:val="000000"/>
          <w:sz w:val="15"/>
        </w:rPr>
        <w:t>solicit emiterea</w:t>
      </w:r>
    </w:p>
    <w:p>
      <w:pPr>
        <w:spacing w:before="20" w:after="20" w:line="228" w:lineRule="auto"/>
        <w:jc w:val="center"/>
      </w:pPr>
      <w:r>
        <w:rPr>
          <w:rFonts w:ascii="Times New Roman" w:hAnsi="Times New Roman"/>
          <w:b/>
          <w:i w:val="0"/>
          <w:color w:val="000000"/>
          <w:sz w:val="20"/>
        </w:rPr>
        <w:t>CERTIFICATULUI DE URBANISM DE INFORMARE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82"/>
      </w:tblGrid>
      <w:tr>
        <w:trPr>
          <w:trHeight w:val="204" w:hRule="exact"/>
        </w:trPr>
        <w:tc>
          <w:tcPr>
            <w:tcW w:type="dxa" w:w="10148"/>
            <w:shd w:fill="F2F2F2"/>
            <w:tcBorders>
              <w:top w:val="single" w:sz="5" w:color="888888"/>
              <w:left w:val="single" w:sz="5" w:color="888888"/>
              <w:bottom w:val="single" w:sz="5" w:color="888888"/>
              <w:right w:val="single" w:sz="5" w:color="88888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7"/>
              </w:rPr>
              <w:t>3. IMOBILUL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165"/>
        <w:gridCol w:w="1165"/>
        <w:gridCol w:w="1165"/>
        <w:gridCol w:w="1165"/>
        <w:gridCol w:w="1165"/>
        <w:gridCol w:w="1165"/>
        <w:gridCol w:w="1165"/>
        <w:gridCol w:w="1165"/>
        <w:gridCol w:w="1165"/>
      </w:tblGrid>
      <w:tr>
        <w:trPr>
          <w:trHeight w:val="170" w:hRule="atLeast"/>
        </w:trPr>
        <w:tc>
          <w:tcPr>
            <w:tcW w:type="dxa" w:w="10149"/>
            <w:tcMar>
              <w:top w:w="55" w:type="dxa"/>
              <w:start w:w="70" w:type="dxa"/>
              <w:bottom w:w="50" w:type="dxa"/>
              <w:end w:w="70" w:type="dxa"/>
            </w:tcMar>
            <w:vAlign w:val="top"/>
            <w:gridSpan w:val="9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14" w:after="14" w:line="247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>☐ teren     ☐ construcții</w:t>
            </w:r>
          </w:p>
        </w:tc>
      </w:tr>
      <w:tr>
        <w:trPr>
          <w:trHeight w:val="351" w:hRule="atLeast"/>
        </w:trPr>
        <w:tc>
          <w:tcPr>
            <w:tcW w:type="dxa" w:w="3402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5"/>
              </w:rPr>
              <w:t>Județ</w:t>
            </w:r>
          </w:p>
        </w:tc>
        <w:tc>
          <w:tcPr>
            <w:tcW w:type="dxa" w:w="3402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5"/>
              </w:rPr>
              <w:t>Municipiu / oraș / comună</w:t>
            </w:r>
          </w:p>
        </w:tc>
        <w:tc>
          <w:tcPr>
            <w:tcW w:type="dxa" w:w="3345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5"/>
              </w:rPr>
              <w:t>Sat / sector</w:t>
            </w:r>
          </w:p>
        </w:tc>
      </w:tr>
      <w:tr>
        <w:trPr>
          <w:trHeight w:val="351" w:hRule="atLeast"/>
        </w:trPr>
        <w:tc>
          <w:tcPr>
            <w:tcW w:type="dxa" w:w="2268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5"/>
              </w:rPr>
              <w:t>Cod poștal</w:t>
            </w:r>
          </w:p>
        </w:tc>
        <w:tc>
          <w:tcPr>
            <w:tcW w:type="dxa" w:w="4536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5"/>
              </w:rPr>
              <w:t>Strada</w:t>
            </w:r>
          </w:p>
        </w:tc>
        <w:tc>
          <w:tcPr>
            <w:tcW w:type="dxa" w:w="1134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5"/>
              </w:rPr>
              <w:t>Nr.</w:t>
            </w:r>
          </w:p>
        </w:tc>
        <w:tc>
          <w:tcPr>
            <w:tcW w:type="dxa" w:w="2211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5"/>
              </w:rPr>
              <w:t>Bl. / sc. / et. / ap.</w:t>
            </w:r>
          </w:p>
        </w:tc>
      </w:tr>
      <w:tr>
        <w:trPr>
          <w:trHeight w:val="340" w:hRule="atLeast"/>
        </w:trPr>
        <w:tc>
          <w:tcPr>
            <w:tcW w:type="dxa" w:w="10149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gridSpan w:val="9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5"/>
              </w:rPr>
              <w:t>Suprafața terenului (m²)</w:t>
            </w:r>
          </w:p>
        </w:tc>
      </w:tr>
      <w:tr>
        <w:trPr>
          <w:trHeight w:val="363" w:hRule="atLeast"/>
        </w:trPr>
        <w:tc>
          <w:tcPr>
            <w:tcW w:type="dxa" w:w="6804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gridSpan w:val="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5"/>
              </w:rPr>
              <w:t>Număr cadastral</w:t>
            </w:r>
          </w:p>
          <w:p>
            <w:pPr>
              <w:spacing w:before="0" w:after="0" w:line="216" w:lineRule="auto"/>
            </w:pPr>
            <w:r>
              <w:rPr>
                <w:rFonts w:ascii="Times New Roman" w:hAnsi="Times New Roman"/>
                <w:b w:val="0"/>
                <w:i/>
                <w:color w:val="777777"/>
                <w:sz w:val="13"/>
              </w:rPr>
              <w:t>dacă imobilul e înscris în e-Terra</w:t>
            </w:r>
          </w:p>
        </w:tc>
        <w:tc>
          <w:tcPr>
            <w:tcW w:type="dxa" w:w="3345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5"/>
              </w:rPr>
              <w:t>Carte funciară nr.</w:t>
            </w:r>
          </w:p>
        </w:tc>
      </w:tr>
      <w:tr>
        <w:trPr>
          <w:trHeight w:val="312" w:hRule="atLeast"/>
        </w:trPr>
        <w:tc>
          <w:tcPr>
            <w:tcW w:type="dxa" w:w="10149"/>
            <w:tcMar>
              <w:top w:w="55" w:type="dxa"/>
              <w:start w:w="70" w:type="dxa"/>
              <w:bottom w:w="50" w:type="dxa"/>
              <w:end w:w="70" w:type="dxa"/>
            </w:tcMar>
            <w:vAlign w:val="top"/>
            <w:gridSpan w:val="9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14" w:after="14" w:line="247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>☐ extras de carte funciară actualizat, anexat</w:t>
              <w:br/>
              <w:t>☐ plan de încadrare în zonă în sistem Stereo 70, anexat eliberat, la cerere, de către Agenția Națională de Cadastru și Publicitate Imobiliară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82"/>
      </w:tblGrid>
      <w:tr>
        <w:trPr>
          <w:trHeight w:val="238" w:hRule="atLeast"/>
        </w:trPr>
        <w:tc>
          <w:tcPr>
            <w:tcW w:type="dxa" w:w="10148"/>
            <w:shd w:fill="F2F2F2"/>
            <w:tcBorders>
              <w:top w:val="single" w:sz="5" w:color="888888"/>
              <w:left w:val="single" w:sz="5" w:color="888888"/>
              <w:bottom w:val="single" w:sz="5" w:color="888888"/>
              <w:right w:val="single" w:sz="5" w:color="88888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7"/>
              </w:rPr>
              <w:t>4. COMUNICAREA RĂSPUNSULUI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82"/>
      </w:tblGrid>
      <w:tr>
        <w:trPr>
          <w:trHeight w:val="306" w:hRule="atLeast"/>
        </w:trPr>
        <w:tc>
          <w:tcPr>
            <w:tcW w:type="dxa" w:w="10148"/>
            <w:tcMar>
              <w:top w:w="75" w:type="dxa"/>
              <w:start w:w="80" w:type="dxa"/>
              <w:bottom w:w="70" w:type="dxa"/>
              <w:end w:w="80" w:type="dxa"/>
            </w:tcMar>
            <w:vAlign w:val="top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24" w:after="24" w:line="254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>☐ în format scris, prin poștă     ☐ în format digital, la adresa de e-mail indicată     ☐ ridicare de la sediul autorității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82"/>
      </w:tblGrid>
      <w:tr>
        <w:trPr>
          <w:trHeight w:val="204" w:hRule="exact"/>
        </w:trPr>
        <w:tc>
          <w:tcPr>
            <w:tcW w:type="dxa" w:w="10148"/>
            <w:shd w:fill="F2F2F2"/>
            <w:tcBorders>
              <w:top w:val="single" w:sz="5" w:color="888888"/>
              <w:left w:val="single" w:sz="5" w:color="888888"/>
              <w:bottom w:val="single" w:sz="5" w:color="888888"/>
              <w:right w:val="single" w:sz="5" w:color="88888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7"/>
              </w:rPr>
              <w:t>5. DATA ȘI SEMNĂTURA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408" w:hRule="atLeast"/>
        </w:trPr>
        <w:tc>
          <w:tcPr>
            <w:tcW w:type="dxa" w:w="1701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5"/>
              </w:rPr>
              <w:t>Data</w:t>
            </w:r>
          </w:p>
        </w:tc>
        <w:tc>
          <w:tcPr>
            <w:tcW w:type="dxa" w:w="5102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5"/>
              </w:rPr>
              <w:t>Solicitantul</w:t>
            </w:r>
          </w:p>
        </w:tc>
        <w:tc>
          <w:tcPr>
            <w:tcW w:type="dxa" w:w="3345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5"/>
              </w:rPr>
              <w:t>Semnătura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765" w:right="879" w:bottom="765" w:left="879" w:header="283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6236" w:val="left"/>
      </w:tabs>
      <w:jc w:val="left"/>
    </w:pPr>
    <w:r>
      <w:rPr>
        <w:rFonts w:ascii="Times New Roman" w:hAnsi="Times New Roman"/>
        <w:b w:val="0"/>
        <w:i w:val="0"/>
        <w:color w:val="777777"/>
        <w:sz w:val="13"/>
      </w:rPr>
      <w:t>F_CU_01 · versiunea 1.0</w:t>
    </w:r>
    <w:r>
      <w:tab/>
    </w:r>
    <w:r>
      <w:rPr>
        <w:rFonts w:ascii="Times New Roman" w:hAnsi="Times New Roman"/>
        <w:b w:val="0"/>
        <w:i w:val="0"/>
        <w:color w:val="777777"/>
        <w:sz w:val="13"/>
      </w:rPr>
      <w:t xml:space="preserve">pagina </w:t>
      <w:fldChar w:fldCharType="begin"/>
      <w:instrText xml:space="preserve">PAGE</w:instrText>
      <w:fldChar w:fldCharType="end"/>
    </w:r>
    <w:r>
      <w:rPr>
        <w:rFonts w:ascii="Times New Roman" w:hAnsi="Times New Roman"/>
        <w:b w:val="0"/>
        <w:i w:val="0"/>
        <w:color w:val="777777"/>
        <w:sz w:val="13"/>
      </w:rPr>
      <w:t xml:space="preserve"> din </w:t>
      <w:fldChar w:fldCharType="begin"/>
      <w:instrText xml:space="preserve">NUMPAGES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Times New Roman" w:hAnsi="Times New Roman"/>
      <w:sz w:val="1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